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52352" w14:textId="0D275C71" w:rsidR="00ED017F" w:rsidRDefault="00E933AF" w:rsidP="0092421C">
      <w:pPr>
        <w:rPr>
          <w:lang w:eastAsia="ja-JP"/>
        </w:rPr>
      </w:pPr>
      <w:bookmarkStart w:id="0" w:name="_Toc228172741"/>
      <w:r>
        <w:rPr>
          <w:lang w:eastAsia="ja-JP"/>
        </w:rPr>
        <w:t xml:space="preserve">様式第1号　</w:t>
      </w:r>
      <w:r w:rsidR="00697D1F">
        <w:rPr>
          <w:lang w:eastAsia="ja-JP"/>
        </w:rPr>
        <w:t>受験申請書</w:t>
      </w:r>
      <w:bookmarkEnd w:id="0"/>
    </w:p>
    <w:p w14:paraId="73A5D3B4" w14:textId="172F31BB" w:rsidR="00697D1F" w:rsidRPr="00697D1F" w:rsidRDefault="00D04EF8" w:rsidP="00697D1F">
      <w:pPr>
        <w:wordWrap w:val="0"/>
        <w:jc w:val="right"/>
        <w:rPr>
          <w:u w:val="single"/>
          <w:lang w:eastAsia="ja-JP"/>
        </w:rPr>
      </w:pPr>
      <w:r w:rsidRPr="002A5528">
        <w:rPr>
          <w:b/>
          <w:bCs/>
          <w:noProof/>
          <w:sz w:val="24"/>
          <w:szCs w:val="28"/>
          <w:lang w:eastAsia="ja-JP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7B3D27C1" wp14:editId="77644B53">
                <wp:simplePos x="0" y="0"/>
                <wp:positionH relativeFrom="column">
                  <wp:posOffset>5425440</wp:posOffset>
                </wp:positionH>
                <wp:positionV relativeFrom="paragraph">
                  <wp:posOffset>140335</wp:posOffset>
                </wp:positionV>
                <wp:extent cx="1000125" cy="342900"/>
                <wp:effectExtent l="0" t="0" r="0" b="0"/>
                <wp:wrapNone/>
                <wp:docPr id="198207406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D7395" w14:textId="5BA28D8A" w:rsidR="002A5528" w:rsidRPr="00D04EF8" w:rsidRDefault="00D04EF8">
                            <w:pPr>
                              <w:rPr>
                                <w:sz w:val="14"/>
                                <w:szCs w:val="16"/>
                              </w:rPr>
                            </w:pPr>
                            <w:r w:rsidRPr="00D04EF8">
                              <w:rPr>
                                <w:rFonts w:hint="eastAsia"/>
                                <w:sz w:val="14"/>
                                <w:szCs w:val="16"/>
                                <w:lang w:eastAsia="ja-JP"/>
                              </w:rPr>
                              <w:t>※記入しない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3D27C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7.2pt;margin-top:11.05pt;width:78.75pt;height:27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" filled="f" stroked="f">
                <v:textbox>
                  <w:txbxContent>
                    <w:p w14:paraId="67CD7395" w14:textId="5BA28D8A" w:rsidR="002A5528" w:rsidRPr="00D04EF8" w:rsidRDefault="00D04EF8">
                      <w:pPr>
                        <w:rPr>
                          <w:sz w:val="14"/>
                          <w:szCs w:val="16"/>
                        </w:rPr>
                      </w:pPr>
                      <w:r w:rsidRPr="00D04EF8">
                        <w:rPr>
                          <w:rFonts w:hint="eastAsia"/>
                          <w:sz w:val="14"/>
                          <w:szCs w:val="16"/>
                          <w:lang w:eastAsia="ja-JP"/>
                        </w:rPr>
                        <w:t>※記入しない</w:t>
                      </w:r>
                    </w:p>
                  </w:txbxContent>
                </v:textbox>
              </v:shape>
            </w:pict>
          </mc:Fallback>
        </mc:AlternateContent>
      </w:r>
      <w:r w:rsidR="00697D1F" w:rsidRPr="00697D1F">
        <w:rPr>
          <w:rFonts w:hint="eastAsia"/>
          <w:u w:val="single"/>
          <w:lang w:eastAsia="ja-JP"/>
        </w:rPr>
        <w:t>受</w:t>
      </w:r>
      <w:r w:rsidR="00513934">
        <w:rPr>
          <w:rFonts w:hint="eastAsia"/>
          <w:u w:val="single"/>
          <w:lang w:eastAsia="ja-JP"/>
        </w:rPr>
        <w:t xml:space="preserve"> </w:t>
      </w:r>
      <w:r w:rsidR="00697D1F" w:rsidRPr="00697D1F">
        <w:rPr>
          <w:rFonts w:hint="eastAsia"/>
          <w:u w:val="single"/>
          <w:lang w:eastAsia="ja-JP"/>
        </w:rPr>
        <w:t>験</w:t>
      </w:r>
      <w:r w:rsidR="00513934">
        <w:rPr>
          <w:rFonts w:hint="eastAsia"/>
          <w:u w:val="single"/>
          <w:lang w:eastAsia="ja-JP"/>
        </w:rPr>
        <w:t xml:space="preserve"> </w:t>
      </w:r>
      <w:r w:rsidR="00697D1F" w:rsidRPr="00697D1F">
        <w:rPr>
          <w:rFonts w:hint="eastAsia"/>
          <w:u w:val="single"/>
          <w:lang w:eastAsia="ja-JP"/>
        </w:rPr>
        <w:t>番</w:t>
      </w:r>
      <w:r w:rsidR="00513934">
        <w:rPr>
          <w:rFonts w:hint="eastAsia"/>
          <w:u w:val="single"/>
          <w:lang w:eastAsia="ja-JP"/>
        </w:rPr>
        <w:t xml:space="preserve"> </w:t>
      </w:r>
      <w:r w:rsidR="00697D1F" w:rsidRPr="00697D1F">
        <w:rPr>
          <w:rFonts w:hint="eastAsia"/>
          <w:u w:val="single"/>
          <w:lang w:eastAsia="ja-JP"/>
        </w:rPr>
        <w:t>号</w:t>
      </w:r>
      <w:r>
        <w:rPr>
          <w:rFonts w:hint="eastAsia"/>
          <w:u w:val="single"/>
          <w:vertAlign w:val="superscript"/>
          <w:lang w:eastAsia="ja-JP"/>
        </w:rPr>
        <w:t>※</w:t>
      </w:r>
      <w:r w:rsidR="00697D1F" w:rsidRPr="00697D1F">
        <w:rPr>
          <w:rFonts w:hint="eastAsia"/>
          <w:u w:val="single"/>
          <w:lang w:eastAsia="ja-JP"/>
        </w:rPr>
        <w:t xml:space="preserve">　　　</w:t>
      </w:r>
      <w:r w:rsidR="00697D1F">
        <w:rPr>
          <w:rFonts w:hint="eastAsia"/>
          <w:u w:val="single"/>
          <w:lang w:eastAsia="ja-JP"/>
        </w:rPr>
        <w:t xml:space="preserve">　　</w:t>
      </w:r>
      <w:r w:rsidR="00513934">
        <w:rPr>
          <w:rFonts w:hint="eastAsia"/>
          <w:u w:val="single"/>
          <w:lang w:eastAsia="ja-JP"/>
        </w:rPr>
        <w:t xml:space="preserve">  </w:t>
      </w:r>
      <w:r w:rsidR="00697D1F" w:rsidRPr="00697D1F">
        <w:rPr>
          <w:rFonts w:hint="eastAsia"/>
          <w:u w:val="single"/>
          <w:lang w:eastAsia="ja-JP"/>
        </w:rPr>
        <w:t xml:space="preserve">　　</w:t>
      </w:r>
    </w:p>
    <w:p w14:paraId="1F78B6AA" w14:textId="48C2F1AF" w:rsidR="00ED017F" w:rsidRDefault="00E933AF" w:rsidP="00CF41E7">
      <w:pPr>
        <w:jc w:val="center"/>
        <w:rPr>
          <w:b/>
          <w:bCs/>
          <w:sz w:val="24"/>
          <w:szCs w:val="28"/>
          <w:lang w:eastAsia="ja-JP"/>
        </w:rPr>
      </w:pPr>
      <w:r w:rsidRPr="00697D1F">
        <w:rPr>
          <w:b/>
          <w:bCs/>
          <w:sz w:val="24"/>
          <w:szCs w:val="28"/>
          <w:lang w:eastAsia="ja-JP"/>
        </w:rPr>
        <w:t xml:space="preserve">令和9年度林業アカデミーふくしま就業前長期研修生選考試験 </w:t>
      </w:r>
      <w:r w:rsidR="00697D1F">
        <w:rPr>
          <w:rFonts w:hint="eastAsia"/>
          <w:b/>
          <w:bCs/>
          <w:sz w:val="24"/>
          <w:szCs w:val="28"/>
          <w:lang w:eastAsia="ja-JP"/>
        </w:rPr>
        <w:t>受験</w:t>
      </w:r>
      <w:r w:rsidRPr="00697D1F">
        <w:rPr>
          <w:b/>
          <w:bCs/>
          <w:sz w:val="24"/>
          <w:szCs w:val="28"/>
          <w:lang w:eastAsia="ja-JP"/>
        </w:rPr>
        <w:t>申請書</w:t>
      </w:r>
    </w:p>
    <w:p w14:paraId="203F8592" w14:textId="7EB2734A" w:rsidR="000C2A25" w:rsidRDefault="00513934" w:rsidP="000C2A25">
      <w:pPr>
        <w:wordWrap w:val="0"/>
        <w:jc w:val="right"/>
        <w:rPr>
          <w:sz w:val="22"/>
          <w:szCs w:val="24"/>
          <w:lang w:eastAsia="ja-JP"/>
        </w:rPr>
      </w:pPr>
      <w:r>
        <w:rPr>
          <w:noProof/>
          <w:sz w:val="22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53188C6" wp14:editId="0CD05D39">
                <wp:simplePos x="0" y="0"/>
                <wp:positionH relativeFrom="column">
                  <wp:posOffset>4994910</wp:posOffset>
                </wp:positionH>
                <wp:positionV relativeFrom="paragraph">
                  <wp:posOffset>327660</wp:posOffset>
                </wp:positionV>
                <wp:extent cx="1080000" cy="1440000"/>
                <wp:effectExtent l="0" t="0" r="25400" b="27305"/>
                <wp:wrapNone/>
                <wp:docPr id="723798877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CBDBF2" id="正方形/長方形 3" o:spid="_x0000_s1026" style="position:absolute;margin-left:393.3pt;margin-top:25.8pt;width:85.05pt;height:113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" fillcolor="#f2f2f2 [3052]" strokecolor="black [3200]" strokeweight="1.5pt">
                <v:stroke dashstyle="1 1"/>
              </v:rect>
            </w:pict>
          </mc:Fallback>
        </mc:AlternateContent>
      </w:r>
      <w:r w:rsidR="000C2A25">
        <w:rPr>
          <w:rFonts w:hint="eastAsia"/>
          <w:sz w:val="22"/>
          <w:szCs w:val="24"/>
          <w:lang w:eastAsia="ja-JP"/>
        </w:rPr>
        <w:t xml:space="preserve">　令和　　年　　　月　　　日</w:t>
      </w:r>
    </w:p>
    <w:p w14:paraId="32EF01EF" w14:textId="1EFDE1E9" w:rsidR="005F4674" w:rsidRDefault="005F4674" w:rsidP="00685787">
      <w:pPr>
        <w:rPr>
          <w:sz w:val="22"/>
          <w:szCs w:val="24"/>
          <w:lang w:eastAsia="ja-JP"/>
        </w:rPr>
      </w:pPr>
      <w:r w:rsidRPr="00513934">
        <w:rPr>
          <w:noProof/>
          <w:u w:val="single"/>
          <w:lang w:eastAsia="ja-JP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67832268" wp14:editId="766C6615">
                <wp:simplePos x="0" y="0"/>
                <wp:positionH relativeFrom="column">
                  <wp:posOffset>5299710</wp:posOffset>
                </wp:positionH>
                <wp:positionV relativeFrom="paragraph">
                  <wp:posOffset>19685</wp:posOffset>
                </wp:positionV>
                <wp:extent cx="485775" cy="333375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399117" w14:textId="467FCB30" w:rsidR="00513934" w:rsidRPr="005F4674" w:rsidRDefault="00513934">
                            <w:pPr>
                              <w:rPr>
                                <w:b/>
                                <w:bCs/>
                                <w:sz w:val="22"/>
                                <w:szCs w:val="24"/>
                                <w:u w:val="single"/>
                                <w:lang w:eastAsia="ja-JP"/>
                              </w:rPr>
                            </w:pPr>
                            <w:r w:rsidRPr="005F4674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4"/>
                                <w:u w:val="single"/>
                                <w:lang w:eastAsia="ja-JP"/>
                              </w:rPr>
                              <w:t>写真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32268" id="_x0000_s1027" type="#_x0000_t202" style="position:absolute;margin-left:417.3pt;margin-top:1.55pt;width:38.25pt;height:26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" filled="f" stroked="f">
                <v:textbox>
                  <w:txbxContent>
                    <w:p w14:paraId="07399117" w14:textId="467FCB30" w:rsidR="00513934" w:rsidRPr="005F4674" w:rsidRDefault="00513934">
                      <w:pPr>
                        <w:rPr>
                          <w:b/>
                          <w:bCs/>
                          <w:sz w:val="22"/>
                          <w:szCs w:val="24"/>
                          <w:u w:val="single"/>
                          <w:lang w:eastAsia="ja-JP"/>
                        </w:rPr>
                      </w:pPr>
                      <w:r w:rsidRPr="005F4674">
                        <w:rPr>
                          <w:rFonts w:hint="eastAsia"/>
                          <w:b/>
                          <w:bCs/>
                          <w:sz w:val="22"/>
                          <w:szCs w:val="24"/>
                          <w:u w:val="single"/>
                          <w:lang w:eastAsia="ja-JP"/>
                        </w:rPr>
                        <w:t>写真</w:t>
                      </w:r>
                    </w:p>
                  </w:txbxContent>
                </v:textbox>
              </v:shape>
            </w:pict>
          </mc:Fallback>
        </mc:AlternateContent>
      </w:r>
    </w:p>
    <w:p w14:paraId="57FF2F22" w14:textId="7F8C7A98" w:rsidR="00BE500A" w:rsidRDefault="005F4674" w:rsidP="005F4674">
      <w:pPr>
        <w:ind w:firstLineChars="100" w:firstLine="210"/>
        <w:rPr>
          <w:sz w:val="22"/>
          <w:szCs w:val="24"/>
          <w:lang w:eastAsia="ja-JP"/>
        </w:rPr>
      </w:pPr>
      <w:r w:rsidRPr="00513934">
        <w:rPr>
          <w:noProof/>
          <w:u w:val="single"/>
          <w:lang w:eastAsia="ja-JP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74DA4E79" wp14:editId="2BA1C30F">
                <wp:simplePos x="0" y="0"/>
                <wp:positionH relativeFrom="column">
                  <wp:posOffset>5023485</wp:posOffset>
                </wp:positionH>
                <wp:positionV relativeFrom="paragraph">
                  <wp:posOffset>50165</wp:posOffset>
                </wp:positionV>
                <wp:extent cx="1009650" cy="1404620"/>
                <wp:effectExtent l="0" t="0" r="0" b="635"/>
                <wp:wrapNone/>
                <wp:docPr id="25330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914DDB" w14:textId="4FC8B15F" w:rsidR="005F4674" w:rsidRPr="005F4674" w:rsidRDefault="005F4674" w:rsidP="005F4674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8"/>
                                <w:lang w:eastAsia="ja-JP"/>
                              </w:rPr>
                            </w:pPr>
                            <w:r w:rsidRPr="005F4674">
                              <w:rPr>
                                <w:rFonts w:hint="eastAsia"/>
                                <w:sz w:val="16"/>
                                <w:szCs w:val="18"/>
                                <w:lang w:eastAsia="ja-JP"/>
                              </w:rPr>
                              <w:t>撮影３か月以内</w:t>
                            </w:r>
                          </w:p>
                          <w:p w14:paraId="5A8BC1CD" w14:textId="597C5411" w:rsidR="005F4674" w:rsidRPr="005F4674" w:rsidRDefault="005F4674" w:rsidP="005F4674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8"/>
                                <w:lang w:eastAsia="ja-JP"/>
                              </w:rPr>
                            </w:pPr>
                            <w:r w:rsidRPr="005F4674">
                              <w:rPr>
                                <w:rFonts w:hint="eastAsia"/>
                                <w:sz w:val="16"/>
                                <w:szCs w:val="18"/>
                                <w:lang w:eastAsia="ja-JP"/>
                              </w:rPr>
                              <w:t>正面上半身脱帽</w:t>
                            </w:r>
                          </w:p>
                          <w:p w14:paraId="749EA844" w14:textId="4B003EA8" w:rsidR="005F4674" w:rsidRPr="005F4674" w:rsidRDefault="005F4674" w:rsidP="005F4674">
                            <w:pPr>
                              <w:spacing w:after="0"/>
                              <w:jc w:val="center"/>
                              <w:rPr>
                                <w:sz w:val="14"/>
                                <w:szCs w:val="16"/>
                                <w:lang w:eastAsia="ja-JP"/>
                              </w:rPr>
                            </w:pPr>
                            <w:r w:rsidRPr="005F4674">
                              <w:rPr>
                                <w:rFonts w:hint="eastAsia"/>
                                <w:sz w:val="14"/>
                                <w:szCs w:val="16"/>
                                <w:lang w:eastAsia="ja-JP"/>
                              </w:rPr>
                              <w:t>（縦４㎝×横３㎝）</w:t>
                            </w:r>
                          </w:p>
                          <w:p w14:paraId="3BE1BF85" w14:textId="77777777" w:rsidR="005F4674" w:rsidRPr="005F4674" w:rsidRDefault="005F4674" w:rsidP="005F4674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8"/>
                                <w:lang w:eastAsia="ja-JP"/>
                              </w:rPr>
                            </w:pPr>
                            <w:r w:rsidRPr="005F4674">
                              <w:rPr>
                                <w:rFonts w:hint="eastAsia"/>
                                <w:sz w:val="16"/>
                                <w:szCs w:val="18"/>
                                <w:lang w:eastAsia="ja-JP"/>
                              </w:rPr>
                              <w:t>写真裏面に氏名を</w:t>
                            </w:r>
                          </w:p>
                          <w:p w14:paraId="736D04D7" w14:textId="785A50FC" w:rsidR="005F4674" w:rsidRPr="005F4674" w:rsidRDefault="005F4674" w:rsidP="005F4674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8"/>
                                <w:lang w:eastAsia="ja-JP"/>
                              </w:rPr>
                            </w:pPr>
                            <w:r w:rsidRPr="005F4674">
                              <w:rPr>
                                <w:rFonts w:hint="eastAsia"/>
                                <w:sz w:val="16"/>
                                <w:szCs w:val="18"/>
                                <w:lang w:eastAsia="ja-JP"/>
                              </w:rPr>
                              <w:t>記入してください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DA4E79" id="_x0000_s1028" type="#_x0000_t202" style="position:absolute;left:0;text-align:left;margin-left:395.55pt;margin-top:3.95pt;width:79.5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" filled="f" stroked="f">
                <v:textbox style="mso-fit-shape-to-text:t">
                  <w:txbxContent>
                    <w:p w14:paraId="21914DDB" w14:textId="4FC8B15F" w:rsidR="005F4674" w:rsidRPr="005F4674" w:rsidRDefault="005F4674" w:rsidP="005F4674">
                      <w:pPr>
                        <w:spacing w:after="0"/>
                        <w:jc w:val="center"/>
                        <w:rPr>
                          <w:sz w:val="16"/>
                          <w:szCs w:val="18"/>
                          <w:lang w:eastAsia="ja-JP"/>
                        </w:rPr>
                      </w:pPr>
                      <w:r w:rsidRPr="005F4674">
                        <w:rPr>
                          <w:rFonts w:hint="eastAsia"/>
                          <w:sz w:val="16"/>
                          <w:szCs w:val="18"/>
                          <w:lang w:eastAsia="ja-JP"/>
                        </w:rPr>
                        <w:t>撮影３か月以内</w:t>
                      </w:r>
                    </w:p>
                    <w:p w14:paraId="5A8BC1CD" w14:textId="597C5411" w:rsidR="005F4674" w:rsidRPr="005F4674" w:rsidRDefault="005F4674" w:rsidP="005F4674">
                      <w:pPr>
                        <w:spacing w:after="0"/>
                        <w:jc w:val="center"/>
                        <w:rPr>
                          <w:sz w:val="16"/>
                          <w:szCs w:val="18"/>
                          <w:lang w:eastAsia="ja-JP"/>
                        </w:rPr>
                      </w:pPr>
                      <w:r w:rsidRPr="005F4674">
                        <w:rPr>
                          <w:rFonts w:hint="eastAsia"/>
                          <w:sz w:val="16"/>
                          <w:szCs w:val="18"/>
                          <w:lang w:eastAsia="ja-JP"/>
                        </w:rPr>
                        <w:t>正面上半身脱帽</w:t>
                      </w:r>
                    </w:p>
                    <w:p w14:paraId="749EA844" w14:textId="4B003EA8" w:rsidR="005F4674" w:rsidRPr="005F4674" w:rsidRDefault="005F4674" w:rsidP="005F4674">
                      <w:pPr>
                        <w:spacing w:after="0"/>
                        <w:jc w:val="center"/>
                        <w:rPr>
                          <w:sz w:val="14"/>
                          <w:szCs w:val="16"/>
                          <w:lang w:eastAsia="ja-JP"/>
                        </w:rPr>
                      </w:pPr>
                      <w:r w:rsidRPr="005F4674">
                        <w:rPr>
                          <w:rFonts w:hint="eastAsia"/>
                          <w:sz w:val="14"/>
                          <w:szCs w:val="16"/>
                          <w:lang w:eastAsia="ja-JP"/>
                        </w:rPr>
                        <w:t>（縦４㎝×横３㎝）</w:t>
                      </w:r>
                    </w:p>
                    <w:p w14:paraId="3BE1BF85" w14:textId="77777777" w:rsidR="005F4674" w:rsidRPr="005F4674" w:rsidRDefault="005F4674" w:rsidP="005F4674">
                      <w:pPr>
                        <w:spacing w:after="0"/>
                        <w:jc w:val="center"/>
                        <w:rPr>
                          <w:sz w:val="16"/>
                          <w:szCs w:val="18"/>
                          <w:lang w:eastAsia="ja-JP"/>
                        </w:rPr>
                      </w:pPr>
                      <w:r w:rsidRPr="005F4674">
                        <w:rPr>
                          <w:rFonts w:hint="eastAsia"/>
                          <w:sz w:val="16"/>
                          <w:szCs w:val="18"/>
                          <w:lang w:eastAsia="ja-JP"/>
                        </w:rPr>
                        <w:t>写真裏面に氏名を</w:t>
                      </w:r>
                    </w:p>
                    <w:p w14:paraId="736D04D7" w14:textId="785A50FC" w:rsidR="005F4674" w:rsidRPr="005F4674" w:rsidRDefault="005F4674" w:rsidP="005F4674">
                      <w:pPr>
                        <w:spacing w:after="0"/>
                        <w:jc w:val="center"/>
                        <w:rPr>
                          <w:sz w:val="16"/>
                          <w:szCs w:val="18"/>
                          <w:lang w:eastAsia="ja-JP"/>
                        </w:rPr>
                      </w:pPr>
                      <w:r w:rsidRPr="005F4674">
                        <w:rPr>
                          <w:rFonts w:hint="eastAsia"/>
                          <w:sz w:val="16"/>
                          <w:szCs w:val="18"/>
                          <w:lang w:eastAsia="ja-JP"/>
                        </w:rPr>
                        <w:t>記入してください</w:t>
                      </w:r>
                    </w:p>
                  </w:txbxContent>
                </v:textbox>
              </v:shape>
            </w:pict>
          </mc:Fallback>
        </mc:AlternateContent>
      </w:r>
      <w:r w:rsidR="000C2A25">
        <w:rPr>
          <w:rFonts w:hint="eastAsia"/>
          <w:sz w:val="22"/>
          <w:szCs w:val="24"/>
          <w:lang w:eastAsia="ja-JP"/>
        </w:rPr>
        <w:t>福 島 県 知 事　様</w:t>
      </w:r>
    </w:p>
    <w:p w14:paraId="003E0059" w14:textId="77777777" w:rsidR="005F4674" w:rsidRDefault="005F4674" w:rsidP="00BE500A">
      <w:pPr>
        <w:ind w:firstLineChars="100" w:firstLine="220"/>
        <w:rPr>
          <w:sz w:val="22"/>
          <w:szCs w:val="24"/>
          <w:lang w:eastAsia="ja-JP"/>
        </w:rPr>
      </w:pPr>
    </w:p>
    <w:p w14:paraId="49C1838F" w14:textId="77777777" w:rsidR="005F4674" w:rsidRDefault="005F4674" w:rsidP="00BE500A">
      <w:pPr>
        <w:ind w:firstLineChars="100" w:firstLine="220"/>
        <w:rPr>
          <w:sz w:val="22"/>
          <w:szCs w:val="24"/>
          <w:lang w:eastAsia="ja-JP"/>
        </w:rPr>
      </w:pPr>
    </w:p>
    <w:p w14:paraId="11C6F1F0" w14:textId="77777777" w:rsidR="005F4674" w:rsidRDefault="005F4674" w:rsidP="00BE500A">
      <w:pPr>
        <w:ind w:firstLineChars="100" w:firstLine="220"/>
        <w:rPr>
          <w:sz w:val="22"/>
          <w:szCs w:val="24"/>
          <w:lang w:eastAsia="ja-JP"/>
        </w:rPr>
      </w:pPr>
    </w:p>
    <w:p w14:paraId="2ADE6017" w14:textId="413A2224" w:rsidR="00BE500A" w:rsidRDefault="00BE500A" w:rsidP="00BE500A">
      <w:pPr>
        <w:wordWrap w:val="0"/>
        <w:spacing w:after="0"/>
        <w:ind w:firstLineChars="100" w:firstLine="220"/>
        <w:jc w:val="right"/>
        <w:rPr>
          <w:sz w:val="22"/>
          <w:szCs w:val="24"/>
          <w:lang w:eastAsia="ja-JP"/>
        </w:rPr>
      </w:pPr>
      <w:r>
        <w:rPr>
          <w:rFonts w:hint="eastAsia"/>
          <w:sz w:val="22"/>
          <w:szCs w:val="24"/>
          <w:lang w:eastAsia="ja-JP"/>
        </w:rPr>
        <w:t xml:space="preserve">申請者氏名　　　　　　　　　　　　　　</w:t>
      </w:r>
    </w:p>
    <w:p w14:paraId="5521A36B" w14:textId="77C4EE7D" w:rsidR="000C2A25" w:rsidRPr="005F4674" w:rsidRDefault="00BE500A" w:rsidP="005F4674">
      <w:pPr>
        <w:wordWrap w:val="0"/>
        <w:ind w:firstLineChars="100" w:firstLine="220"/>
        <w:jc w:val="right"/>
        <w:rPr>
          <w:sz w:val="22"/>
          <w:szCs w:val="24"/>
          <w:u w:val="single"/>
          <w:lang w:eastAsia="ja-JP"/>
        </w:rPr>
      </w:pPr>
      <w:r w:rsidRPr="00BE500A">
        <w:rPr>
          <w:rFonts w:hint="eastAsia"/>
          <w:sz w:val="22"/>
          <w:szCs w:val="24"/>
          <w:lang w:eastAsia="ja-JP"/>
        </w:rPr>
        <w:t>（ 自筆 ）</w:t>
      </w:r>
      <w:r w:rsidRPr="00BE500A">
        <w:rPr>
          <w:rFonts w:hint="eastAsia"/>
          <w:sz w:val="22"/>
          <w:szCs w:val="24"/>
          <w:u w:val="single"/>
          <w:lang w:eastAsia="ja-JP"/>
        </w:rPr>
        <w:t xml:space="preserve">　</w:t>
      </w:r>
      <w:r>
        <w:rPr>
          <w:rFonts w:hint="eastAsia"/>
          <w:sz w:val="22"/>
          <w:szCs w:val="24"/>
          <w:u w:val="single"/>
          <w:lang w:eastAsia="ja-JP"/>
        </w:rPr>
        <w:t xml:space="preserve">　</w:t>
      </w:r>
      <w:r w:rsidRPr="00BE500A">
        <w:rPr>
          <w:rFonts w:hint="eastAsia"/>
          <w:sz w:val="22"/>
          <w:szCs w:val="24"/>
          <w:u w:val="single"/>
          <w:lang w:eastAsia="ja-JP"/>
        </w:rPr>
        <w:t xml:space="preserve">　　　　　　　　</w:t>
      </w:r>
      <w:r>
        <w:rPr>
          <w:rFonts w:hint="eastAsia"/>
          <w:sz w:val="22"/>
          <w:szCs w:val="24"/>
          <w:u w:val="single"/>
          <w:lang w:eastAsia="ja-JP"/>
        </w:rPr>
        <w:t xml:space="preserve">　　　　</w:t>
      </w:r>
    </w:p>
    <w:p w14:paraId="1EB0C449" w14:textId="108DD8A1" w:rsidR="00BE500A" w:rsidRPr="00BE500A" w:rsidRDefault="00BE500A" w:rsidP="00BE500A">
      <w:pPr>
        <w:rPr>
          <w:sz w:val="22"/>
          <w:szCs w:val="24"/>
          <w:lang w:eastAsia="ja-JP"/>
        </w:rPr>
      </w:pPr>
      <w:r>
        <w:rPr>
          <w:rFonts w:hint="eastAsia"/>
          <w:b/>
          <w:bCs/>
          <w:sz w:val="24"/>
          <w:szCs w:val="28"/>
          <w:lang w:eastAsia="ja-JP"/>
        </w:rPr>
        <w:t xml:space="preserve">　</w:t>
      </w:r>
      <w:r>
        <w:rPr>
          <w:rFonts w:hint="eastAsia"/>
          <w:sz w:val="22"/>
          <w:szCs w:val="24"/>
          <w:lang w:eastAsia="ja-JP"/>
        </w:rPr>
        <w:t>私は、県内の林業事業体へ就業したいので、林業アカデミーふくしま就業前長期研修の受講を希望し、所定の書類を添えて申請します。</w:t>
      </w:r>
    </w:p>
    <w:tbl>
      <w:tblPr>
        <w:tblStyle w:val="aff"/>
        <w:tblW w:w="5000" w:type="pct"/>
        <w:jc w:val="center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1773"/>
        <w:gridCol w:w="2986"/>
        <w:gridCol w:w="2677"/>
        <w:gridCol w:w="717"/>
        <w:gridCol w:w="1644"/>
      </w:tblGrid>
      <w:tr w:rsidR="00BE500A" w14:paraId="30403064" w14:textId="0C6CA1EB" w:rsidTr="00685787">
        <w:trPr>
          <w:trHeight w:val="70"/>
          <w:jc w:val="center"/>
        </w:trPr>
        <w:tc>
          <w:tcPr>
            <w:tcW w:w="905" w:type="pct"/>
            <w:tcBorders>
              <w:top w:val="single" w:sz="8" w:space="0" w:color="auto"/>
              <w:left w:val="single" w:sz="8" w:space="0" w:color="auto"/>
              <w:right w:val="single" w:sz="4" w:space="0" w:color="BFBFBF" w:themeColor="background1" w:themeShade="BF"/>
            </w:tcBorders>
            <w:vAlign w:val="center"/>
          </w:tcPr>
          <w:p w14:paraId="12522814" w14:textId="6013A4CE" w:rsidR="00BE500A" w:rsidRPr="009142AE" w:rsidRDefault="00BE500A" w:rsidP="00BE500A">
            <w:pPr>
              <w:jc w:val="center"/>
              <w:rPr>
                <w:b/>
                <w:bCs/>
                <w:sz w:val="20"/>
                <w:lang w:eastAsia="ja-JP"/>
              </w:rPr>
            </w:pPr>
            <w:proofErr w:type="spellStart"/>
            <w:r w:rsidRPr="009142AE">
              <w:rPr>
                <w:b/>
                <w:bCs/>
                <w:sz w:val="20"/>
              </w:rPr>
              <w:t>選考区分</w:t>
            </w:r>
            <w:proofErr w:type="spellEnd"/>
          </w:p>
        </w:tc>
        <w:tc>
          <w:tcPr>
            <w:tcW w:w="4095" w:type="pct"/>
            <w:gridSpan w:val="4"/>
            <w:tcBorders>
              <w:top w:val="single" w:sz="8" w:space="0" w:color="auto"/>
              <w:left w:val="single" w:sz="4" w:space="0" w:color="BFBFBF" w:themeColor="background1" w:themeShade="BF"/>
              <w:right w:val="single" w:sz="8" w:space="0" w:color="auto"/>
            </w:tcBorders>
            <w:vAlign w:val="center"/>
          </w:tcPr>
          <w:p w14:paraId="3E8C75DC" w14:textId="491AF25B" w:rsidR="00BE500A" w:rsidRDefault="00BE500A" w:rsidP="002A5528">
            <w:pPr>
              <w:ind w:firstLineChars="100" w:firstLine="200"/>
              <w:rPr>
                <w:sz w:val="20"/>
                <w:lang w:eastAsia="ja-JP"/>
              </w:rPr>
            </w:pPr>
            <w:r>
              <w:rPr>
                <w:sz w:val="20"/>
              </w:rPr>
              <w:t xml:space="preserve">[　</w:t>
            </w:r>
            <w:r w:rsidR="005F4674">
              <w:rPr>
                <w:rFonts w:hint="eastAsia"/>
                <w:sz w:val="20"/>
                <w:lang w:eastAsia="ja-JP"/>
              </w:rPr>
              <w:t xml:space="preserve"> </w:t>
            </w:r>
            <w:r>
              <w:rPr>
                <w:sz w:val="20"/>
              </w:rPr>
              <w:t xml:space="preserve">] </w:t>
            </w:r>
            <w:proofErr w:type="spellStart"/>
            <w:r>
              <w:rPr>
                <w:sz w:val="20"/>
              </w:rPr>
              <w:t>推薦選考</w:t>
            </w:r>
            <w:proofErr w:type="spellEnd"/>
            <w:r>
              <w:rPr>
                <w:sz w:val="20"/>
              </w:rPr>
              <w:t xml:space="preserve">　</w:t>
            </w:r>
            <w:r w:rsidR="002A5528">
              <w:rPr>
                <w:rFonts w:hint="eastAsia"/>
                <w:sz w:val="20"/>
                <w:lang w:eastAsia="ja-JP"/>
              </w:rPr>
              <w:t xml:space="preserve">　</w:t>
            </w:r>
            <w:r>
              <w:rPr>
                <w:sz w:val="20"/>
              </w:rPr>
              <w:t xml:space="preserve">[　</w:t>
            </w:r>
            <w:r w:rsidR="005F4674">
              <w:rPr>
                <w:rFonts w:hint="eastAsia"/>
                <w:sz w:val="20"/>
                <w:lang w:eastAsia="ja-JP"/>
              </w:rPr>
              <w:t xml:space="preserve"> </w:t>
            </w:r>
            <w:r>
              <w:rPr>
                <w:sz w:val="20"/>
              </w:rPr>
              <w:t xml:space="preserve">] </w:t>
            </w:r>
            <w:proofErr w:type="spellStart"/>
            <w:r>
              <w:rPr>
                <w:sz w:val="20"/>
              </w:rPr>
              <w:t>一般選考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前期</w:t>
            </w:r>
            <w:proofErr w:type="spellEnd"/>
            <w:r>
              <w:rPr>
                <w:sz w:val="20"/>
              </w:rPr>
              <w:t xml:space="preserve">　</w:t>
            </w:r>
            <w:r w:rsidR="002A5528">
              <w:rPr>
                <w:rFonts w:hint="eastAsia"/>
                <w:sz w:val="20"/>
                <w:lang w:eastAsia="ja-JP"/>
              </w:rPr>
              <w:t xml:space="preserve">　</w:t>
            </w:r>
            <w:r>
              <w:rPr>
                <w:sz w:val="20"/>
              </w:rPr>
              <w:t>[</w:t>
            </w:r>
            <w:r w:rsidR="005F4674">
              <w:rPr>
                <w:rFonts w:hint="eastAsia"/>
                <w:sz w:val="20"/>
                <w:lang w:eastAsia="ja-JP"/>
              </w:rPr>
              <w:t xml:space="preserve"> 　</w:t>
            </w:r>
            <w:r>
              <w:rPr>
                <w:sz w:val="20"/>
              </w:rPr>
              <w:t xml:space="preserve">] </w:t>
            </w:r>
            <w:proofErr w:type="spellStart"/>
            <w:r>
              <w:rPr>
                <w:sz w:val="20"/>
              </w:rPr>
              <w:t>一般選考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後期</w:t>
            </w:r>
            <w:proofErr w:type="spellEnd"/>
          </w:p>
        </w:tc>
      </w:tr>
      <w:tr w:rsidR="00BE500A" w14:paraId="2F4477E7" w14:textId="77777777" w:rsidTr="00685787">
        <w:trPr>
          <w:jc w:val="center"/>
        </w:trPr>
        <w:tc>
          <w:tcPr>
            <w:tcW w:w="905" w:type="pct"/>
            <w:tcBorders>
              <w:left w:val="single" w:sz="8" w:space="0" w:color="auto"/>
              <w:right w:val="single" w:sz="4" w:space="0" w:color="BFBFBF" w:themeColor="background1" w:themeShade="BF"/>
            </w:tcBorders>
            <w:vAlign w:val="center"/>
          </w:tcPr>
          <w:p w14:paraId="4CB47FA0" w14:textId="77777777" w:rsidR="00BE500A" w:rsidRPr="009142AE" w:rsidRDefault="00BE500A">
            <w:pPr>
              <w:jc w:val="center"/>
              <w:rPr>
                <w:sz w:val="20"/>
              </w:rPr>
            </w:pPr>
            <w:proofErr w:type="spellStart"/>
            <w:r w:rsidRPr="009142AE">
              <w:rPr>
                <w:b/>
                <w:sz w:val="20"/>
              </w:rPr>
              <w:t>ふりがな</w:t>
            </w:r>
            <w:proofErr w:type="spellEnd"/>
          </w:p>
        </w:tc>
        <w:tc>
          <w:tcPr>
            <w:tcW w:w="2890" w:type="pct"/>
            <w:gridSpan w:val="2"/>
            <w:tcBorders>
              <w:left w:val="single" w:sz="4" w:space="0" w:color="BFBFBF" w:themeColor="background1" w:themeShade="BF"/>
            </w:tcBorders>
            <w:vAlign w:val="center"/>
          </w:tcPr>
          <w:p w14:paraId="4391093F" w14:textId="77777777" w:rsidR="00BE500A" w:rsidRDefault="00BE500A"/>
        </w:tc>
        <w:tc>
          <w:tcPr>
            <w:tcW w:w="366" w:type="pct"/>
            <w:vMerge w:val="restart"/>
            <w:vAlign w:val="center"/>
          </w:tcPr>
          <w:p w14:paraId="2E1C93D9" w14:textId="77777777" w:rsidR="00BE500A" w:rsidRDefault="00BE500A">
            <w:pPr>
              <w:jc w:val="center"/>
            </w:pPr>
            <w:proofErr w:type="spellStart"/>
            <w:r>
              <w:rPr>
                <w:b/>
                <w:sz w:val="19"/>
              </w:rPr>
              <w:t>性別</w:t>
            </w:r>
            <w:proofErr w:type="spellEnd"/>
          </w:p>
        </w:tc>
        <w:tc>
          <w:tcPr>
            <w:tcW w:w="839" w:type="pct"/>
            <w:vMerge w:val="restart"/>
            <w:tcBorders>
              <w:top w:val="single" w:sz="4" w:space="0" w:color="BFBFBF" w:themeColor="background1" w:themeShade="BF"/>
              <w:right w:val="single" w:sz="8" w:space="0" w:color="auto"/>
            </w:tcBorders>
            <w:vAlign w:val="center"/>
          </w:tcPr>
          <w:p w14:paraId="1960BD22" w14:textId="77777777" w:rsidR="00BE500A" w:rsidRDefault="00BE500A" w:rsidP="00513934">
            <w:pPr>
              <w:ind w:firstLineChars="200" w:firstLine="380"/>
            </w:pPr>
            <w:r>
              <w:rPr>
                <w:sz w:val="19"/>
              </w:rPr>
              <w:t>男 ・ 女</w:t>
            </w:r>
          </w:p>
        </w:tc>
      </w:tr>
      <w:tr w:rsidR="00BE500A" w14:paraId="1690382A" w14:textId="34233416" w:rsidTr="00685787">
        <w:trPr>
          <w:trHeight w:val="736"/>
          <w:jc w:val="center"/>
        </w:trPr>
        <w:tc>
          <w:tcPr>
            <w:tcW w:w="905" w:type="pct"/>
            <w:tcBorders>
              <w:left w:val="single" w:sz="8" w:space="0" w:color="auto"/>
            </w:tcBorders>
            <w:vAlign w:val="center"/>
          </w:tcPr>
          <w:p w14:paraId="70B89562" w14:textId="30FD7830" w:rsidR="00BE500A" w:rsidRPr="009142AE" w:rsidRDefault="00BE500A">
            <w:pPr>
              <w:jc w:val="center"/>
              <w:rPr>
                <w:sz w:val="20"/>
              </w:rPr>
            </w:pPr>
            <w:r w:rsidRPr="009142AE">
              <w:rPr>
                <w:b/>
                <w:sz w:val="20"/>
              </w:rPr>
              <w:t>氏</w:t>
            </w:r>
            <w:r w:rsidR="009142AE" w:rsidRPr="009142AE">
              <w:rPr>
                <w:rFonts w:hint="eastAsia"/>
                <w:b/>
                <w:sz w:val="20"/>
                <w:lang w:eastAsia="ja-JP"/>
              </w:rPr>
              <w:t xml:space="preserve">　</w:t>
            </w:r>
            <w:r w:rsidRPr="009142AE">
              <w:rPr>
                <w:b/>
                <w:sz w:val="20"/>
              </w:rPr>
              <w:t>名</w:t>
            </w:r>
          </w:p>
        </w:tc>
        <w:tc>
          <w:tcPr>
            <w:tcW w:w="2890" w:type="pct"/>
            <w:gridSpan w:val="2"/>
            <w:vAlign w:val="center"/>
          </w:tcPr>
          <w:p w14:paraId="7447C0D7" w14:textId="77777777" w:rsidR="00BE500A" w:rsidRDefault="00BE500A"/>
        </w:tc>
        <w:tc>
          <w:tcPr>
            <w:tcW w:w="366" w:type="pct"/>
            <w:vMerge/>
            <w:vAlign w:val="center"/>
          </w:tcPr>
          <w:p w14:paraId="368139B9" w14:textId="4195C8C8" w:rsidR="00BE500A" w:rsidRDefault="00BE500A"/>
        </w:tc>
        <w:tc>
          <w:tcPr>
            <w:tcW w:w="839" w:type="pct"/>
            <w:vMerge/>
            <w:tcBorders>
              <w:right w:val="single" w:sz="8" w:space="0" w:color="auto"/>
            </w:tcBorders>
            <w:vAlign w:val="center"/>
          </w:tcPr>
          <w:p w14:paraId="45920808" w14:textId="77777777" w:rsidR="00BE500A" w:rsidRDefault="00BE500A"/>
        </w:tc>
      </w:tr>
      <w:tr w:rsidR="00BE500A" w14:paraId="086D95D9" w14:textId="77777777" w:rsidTr="00685787">
        <w:trPr>
          <w:trHeight w:val="567"/>
          <w:jc w:val="center"/>
        </w:trPr>
        <w:tc>
          <w:tcPr>
            <w:tcW w:w="905" w:type="pct"/>
            <w:tcBorders>
              <w:top w:val="single" w:sz="4" w:space="0" w:color="BFBFBF" w:themeColor="background1" w:themeShade="BF"/>
              <w:left w:val="single" w:sz="8" w:space="0" w:color="auto"/>
            </w:tcBorders>
            <w:vAlign w:val="center"/>
          </w:tcPr>
          <w:p w14:paraId="4E489BC4" w14:textId="022612FB" w:rsidR="00BE500A" w:rsidRPr="009142AE" w:rsidRDefault="00BE500A">
            <w:pPr>
              <w:jc w:val="center"/>
              <w:rPr>
                <w:b/>
                <w:sz w:val="20"/>
              </w:rPr>
            </w:pPr>
            <w:proofErr w:type="spellStart"/>
            <w:r w:rsidRPr="009142AE">
              <w:rPr>
                <w:b/>
                <w:sz w:val="20"/>
              </w:rPr>
              <w:t>生年月日</w:t>
            </w:r>
            <w:proofErr w:type="spellEnd"/>
          </w:p>
        </w:tc>
        <w:tc>
          <w:tcPr>
            <w:tcW w:w="4095" w:type="pct"/>
            <w:gridSpan w:val="4"/>
            <w:tcBorders>
              <w:top w:val="single" w:sz="4" w:space="0" w:color="BFBFBF" w:themeColor="background1" w:themeShade="BF"/>
              <w:right w:val="single" w:sz="8" w:space="0" w:color="auto"/>
            </w:tcBorders>
            <w:vAlign w:val="center"/>
          </w:tcPr>
          <w:p w14:paraId="41056E84" w14:textId="620DEB81" w:rsidR="00BE500A" w:rsidRDefault="00BE500A">
            <w:pPr>
              <w:rPr>
                <w:sz w:val="19"/>
              </w:rPr>
            </w:pPr>
            <w:proofErr w:type="spellStart"/>
            <w:r>
              <w:rPr>
                <w:sz w:val="19"/>
              </w:rPr>
              <w:t>昭和</w:t>
            </w:r>
            <w:proofErr w:type="spellEnd"/>
            <w:r>
              <w:rPr>
                <w:sz w:val="19"/>
              </w:rPr>
              <w:t xml:space="preserve"> / </w:t>
            </w:r>
            <w:proofErr w:type="spellStart"/>
            <w:r>
              <w:rPr>
                <w:sz w:val="19"/>
              </w:rPr>
              <w:t>平成</w:t>
            </w:r>
            <w:proofErr w:type="spellEnd"/>
            <w:r>
              <w:rPr>
                <w:sz w:val="19"/>
              </w:rPr>
              <w:t xml:space="preserve">　　</w:t>
            </w:r>
            <w:r w:rsidR="00513934">
              <w:rPr>
                <w:rFonts w:hint="eastAsia"/>
                <w:sz w:val="19"/>
                <w:lang w:eastAsia="ja-JP"/>
              </w:rPr>
              <w:t xml:space="preserve">　</w:t>
            </w:r>
            <w:r>
              <w:rPr>
                <w:sz w:val="19"/>
              </w:rPr>
              <w:t xml:space="preserve">年　　</w:t>
            </w:r>
            <w:r w:rsidR="00513934">
              <w:rPr>
                <w:rFonts w:hint="eastAsia"/>
                <w:sz w:val="19"/>
                <w:lang w:eastAsia="ja-JP"/>
              </w:rPr>
              <w:t xml:space="preserve">　</w:t>
            </w:r>
            <w:r>
              <w:rPr>
                <w:sz w:val="19"/>
              </w:rPr>
              <w:t xml:space="preserve">月　　</w:t>
            </w:r>
            <w:r w:rsidR="00513934">
              <w:rPr>
                <w:rFonts w:hint="eastAsia"/>
                <w:sz w:val="19"/>
                <w:lang w:eastAsia="ja-JP"/>
              </w:rPr>
              <w:t xml:space="preserve">　</w:t>
            </w:r>
            <w:r>
              <w:rPr>
                <w:sz w:val="19"/>
              </w:rPr>
              <w:t>日</w:t>
            </w:r>
            <w:r w:rsidR="00513934">
              <w:rPr>
                <w:rFonts w:hint="eastAsia"/>
                <w:sz w:val="19"/>
                <w:lang w:eastAsia="ja-JP"/>
              </w:rPr>
              <w:t xml:space="preserve">　</w:t>
            </w:r>
            <w:r>
              <w:rPr>
                <w:sz w:val="19"/>
              </w:rPr>
              <w:t xml:space="preserve">（満　</w:t>
            </w:r>
            <w:r w:rsidR="00513934">
              <w:rPr>
                <w:rFonts w:hint="eastAsia"/>
                <w:sz w:val="19"/>
                <w:lang w:eastAsia="ja-JP"/>
              </w:rPr>
              <w:t xml:space="preserve">　</w:t>
            </w:r>
            <w:r>
              <w:rPr>
                <w:sz w:val="19"/>
              </w:rPr>
              <w:t xml:space="preserve">　歳）</w:t>
            </w:r>
          </w:p>
        </w:tc>
      </w:tr>
      <w:tr w:rsidR="00513934" w14:paraId="45500FF3" w14:textId="77777777" w:rsidTr="00685787">
        <w:trPr>
          <w:trHeight w:val="1020"/>
          <w:jc w:val="center"/>
        </w:trPr>
        <w:tc>
          <w:tcPr>
            <w:tcW w:w="905" w:type="pct"/>
            <w:tcBorders>
              <w:left w:val="single" w:sz="8" w:space="0" w:color="auto"/>
            </w:tcBorders>
            <w:vAlign w:val="center"/>
          </w:tcPr>
          <w:p w14:paraId="35C76173" w14:textId="77777777" w:rsidR="00513934" w:rsidRPr="009142AE" w:rsidRDefault="00513934">
            <w:pPr>
              <w:jc w:val="center"/>
              <w:rPr>
                <w:sz w:val="20"/>
              </w:rPr>
            </w:pPr>
            <w:proofErr w:type="spellStart"/>
            <w:r w:rsidRPr="009142AE">
              <w:rPr>
                <w:b/>
                <w:sz w:val="20"/>
              </w:rPr>
              <w:t>現住所</w:t>
            </w:r>
            <w:proofErr w:type="spellEnd"/>
          </w:p>
        </w:tc>
        <w:tc>
          <w:tcPr>
            <w:tcW w:w="4095" w:type="pct"/>
            <w:gridSpan w:val="4"/>
            <w:tcBorders>
              <w:right w:val="single" w:sz="8" w:space="0" w:color="auto"/>
            </w:tcBorders>
          </w:tcPr>
          <w:p w14:paraId="43699A45" w14:textId="73682EE5" w:rsidR="00513934" w:rsidRDefault="00513934" w:rsidP="00513934">
            <w:pPr>
              <w:jc w:val="both"/>
            </w:pPr>
            <w:r w:rsidRPr="00513934">
              <w:rPr>
                <w:sz w:val="22"/>
                <w:szCs w:val="32"/>
              </w:rPr>
              <w:t>〒</w:t>
            </w:r>
          </w:p>
        </w:tc>
      </w:tr>
      <w:tr w:rsidR="00BE500A" w14:paraId="4A782325" w14:textId="77777777" w:rsidTr="00685787">
        <w:trPr>
          <w:trHeight w:val="567"/>
          <w:jc w:val="center"/>
        </w:trPr>
        <w:tc>
          <w:tcPr>
            <w:tcW w:w="905" w:type="pct"/>
            <w:tcBorders>
              <w:left w:val="single" w:sz="8" w:space="0" w:color="auto"/>
            </w:tcBorders>
            <w:vAlign w:val="center"/>
          </w:tcPr>
          <w:p w14:paraId="4F241E2D" w14:textId="59151C1D" w:rsidR="00BE500A" w:rsidRPr="009142AE" w:rsidRDefault="00BE500A" w:rsidP="00BE500A">
            <w:pPr>
              <w:jc w:val="center"/>
              <w:rPr>
                <w:b/>
                <w:sz w:val="20"/>
              </w:rPr>
            </w:pPr>
            <w:proofErr w:type="spellStart"/>
            <w:r w:rsidRPr="009142AE">
              <w:rPr>
                <w:b/>
                <w:sz w:val="20"/>
              </w:rPr>
              <w:t>電話番号</w:t>
            </w:r>
            <w:proofErr w:type="spellEnd"/>
          </w:p>
        </w:tc>
        <w:tc>
          <w:tcPr>
            <w:tcW w:w="4095" w:type="pct"/>
            <w:gridSpan w:val="4"/>
            <w:tcBorders>
              <w:right w:val="single" w:sz="8" w:space="0" w:color="auto"/>
            </w:tcBorders>
            <w:vAlign w:val="center"/>
          </w:tcPr>
          <w:p w14:paraId="535A4E3C" w14:textId="480AA3A6" w:rsidR="00BE500A" w:rsidRDefault="00BE500A" w:rsidP="00BE500A">
            <w:pPr>
              <w:rPr>
                <w:sz w:val="19"/>
              </w:rPr>
            </w:pPr>
            <w:r>
              <w:rPr>
                <w:rFonts w:hint="eastAsia"/>
                <w:sz w:val="19"/>
                <w:lang w:eastAsia="ja-JP"/>
              </w:rPr>
              <w:t>（</w:t>
            </w:r>
            <w:proofErr w:type="spellStart"/>
            <w:r>
              <w:rPr>
                <w:sz w:val="19"/>
              </w:rPr>
              <w:t>自宅</w:t>
            </w:r>
            <w:proofErr w:type="spellEnd"/>
            <w:r>
              <w:rPr>
                <w:rFonts w:hint="eastAsia"/>
                <w:sz w:val="19"/>
                <w:lang w:eastAsia="ja-JP"/>
              </w:rPr>
              <w:t xml:space="preserve">）　　　　　　</w:t>
            </w:r>
            <w:r>
              <w:rPr>
                <w:sz w:val="19"/>
              </w:rPr>
              <w:t xml:space="preserve">　　　　　　</w:t>
            </w:r>
            <w:r w:rsidR="00513934">
              <w:rPr>
                <w:rFonts w:hint="eastAsia"/>
                <w:sz w:val="19"/>
                <w:lang w:eastAsia="ja-JP"/>
              </w:rPr>
              <w:t xml:space="preserve">　（</w:t>
            </w:r>
            <w:proofErr w:type="spellStart"/>
            <w:r>
              <w:rPr>
                <w:sz w:val="19"/>
              </w:rPr>
              <w:t>携帯</w:t>
            </w:r>
            <w:proofErr w:type="spellEnd"/>
            <w:r w:rsidR="00513934">
              <w:rPr>
                <w:rFonts w:hint="eastAsia"/>
                <w:sz w:val="19"/>
                <w:lang w:eastAsia="ja-JP"/>
              </w:rPr>
              <w:t>）</w:t>
            </w:r>
            <w:r>
              <w:rPr>
                <w:sz w:val="19"/>
              </w:rPr>
              <w:t xml:space="preserve">　　　　　　</w:t>
            </w:r>
          </w:p>
        </w:tc>
      </w:tr>
      <w:tr w:rsidR="00513934" w14:paraId="76CE9D75" w14:textId="77777777" w:rsidTr="00685787">
        <w:trPr>
          <w:trHeight w:val="567"/>
          <w:jc w:val="center"/>
        </w:trPr>
        <w:tc>
          <w:tcPr>
            <w:tcW w:w="905" w:type="pct"/>
            <w:tcBorders>
              <w:left w:val="single" w:sz="8" w:space="0" w:color="auto"/>
            </w:tcBorders>
            <w:vAlign w:val="center"/>
          </w:tcPr>
          <w:p w14:paraId="2B80B0AD" w14:textId="77777777" w:rsidR="00513934" w:rsidRPr="009142AE" w:rsidRDefault="00513934" w:rsidP="00BE500A">
            <w:pPr>
              <w:jc w:val="center"/>
              <w:rPr>
                <w:sz w:val="20"/>
              </w:rPr>
            </w:pPr>
            <w:proofErr w:type="spellStart"/>
            <w:r w:rsidRPr="009142AE">
              <w:rPr>
                <w:b/>
                <w:sz w:val="20"/>
              </w:rPr>
              <w:t>メールアドレス</w:t>
            </w:r>
            <w:proofErr w:type="spellEnd"/>
          </w:p>
        </w:tc>
        <w:tc>
          <w:tcPr>
            <w:tcW w:w="4095" w:type="pct"/>
            <w:gridSpan w:val="4"/>
            <w:tcBorders>
              <w:right w:val="single" w:sz="8" w:space="0" w:color="auto"/>
            </w:tcBorders>
            <w:vAlign w:val="center"/>
          </w:tcPr>
          <w:p w14:paraId="78D74DBF" w14:textId="77777777" w:rsidR="00513934" w:rsidRDefault="00513934" w:rsidP="00BE500A"/>
        </w:tc>
      </w:tr>
      <w:tr w:rsidR="003F5397" w14:paraId="73DCB3AD" w14:textId="77777777" w:rsidTr="00685787">
        <w:trPr>
          <w:jc w:val="center"/>
        </w:trPr>
        <w:tc>
          <w:tcPr>
            <w:tcW w:w="905" w:type="pct"/>
            <w:vMerge w:val="restart"/>
            <w:tcBorders>
              <w:left w:val="single" w:sz="8" w:space="0" w:color="auto"/>
            </w:tcBorders>
            <w:vAlign w:val="center"/>
          </w:tcPr>
          <w:p w14:paraId="6F7B821E" w14:textId="6A2D5BF3" w:rsidR="003F5397" w:rsidRPr="009142AE" w:rsidRDefault="003F5397" w:rsidP="00BE500A">
            <w:pPr>
              <w:jc w:val="center"/>
              <w:rPr>
                <w:sz w:val="20"/>
              </w:rPr>
            </w:pPr>
            <w:r w:rsidRPr="009142AE">
              <w:rPr>
                <w:b/>
                <w:sz w:val="20"/>
              </w:rPr>
              <w:t>学</w:t>
            </w:r>
            <w:r w:rsidRPr="009142AE">
              <w:rPr>
                <w:rFonts w:hint="eastAsia"/>
                <w:b/>
                <w:sz w:val="20"/>
                <w:lang w:eastAsia="ja-JP"/>
              </w:rPr>
              <w:t xml:space="preserve">　</w:t>
            </w:r>
            <w:r w:rsidRPr="009142AE">
              <w:rPr>
                <w:b/>
                <w:sz w:val="20"/>
              </w:rPr>
              <w:t>歴</w:t>
            </w:r>
          </w:p>
        </w:tc>
        <w:tc>
          <w:tcPr>
            <w:tcW w:w="1524" w:type="pct"/>
            <w:vAlign w:val="center"/>
          </w:tcPr>
          <w:p w14:paraId="703BB966" w14:textId="2B11C1C6" w:rsidR="003F5397" w:rsidRPr="003F5397" w:rsidRDefault="003F5397" w:rsidP="00513934">
            <w:pPr>
              <w:jc w:val="center"/>
              <w:rPr>
                <w:b/>
                <w:bCs/>
                <w:lang w:eastAsia="ja-JP"/>
              </w:rPr>
            </w:pPr>
            <w:proofErr w:type="spellStart"/>
            <w:r w:rsidRPr="003F5397">
              <w:rPr>
                <w:b/>
                <w:bCs/>
                <w:sz w:val="19"/>
              </w:rPr>
              <w:t>学校名</w:t>
            </w:r>
            <w:proofErr w:type="spellEnd"/>
          </w:p>
        </w:tc>
        <w:tc>
          <w:tcPr>
            <w:tcW w:w="1366" w:type="pct"/>
            <w:vAlign w:val="center"/>
          </w:tcPr>
          <w:p w14:paraId="3E446BAD" w14:textId="74A6685F" w:rsidR="003F5397" w:rsidRDefault="003F5397" w:rsidP="00BE500A">
            <w:pPr>
              <w:jc w:val="center"/>
            </w:pPr>
            <w:proofErr w:type="spellStart"/>
            <w:r>
              <w:rPr>
                <w:b/>
                <w:sz w:val="19"/>
              </w:rPr>
              <w:t>学部・学科</w:t>
            </w:r>
            <w:proofErr w:type="spellEnd"/>
            <w:r>
              <w:rPr>
                <w:rFonts w:hint="eastAsia"/>
                <w:b/>
                <w:sz w:val="19"/>
                <w:lang w:eastAsia="ja-JP"/>
              </w:rPr>
              <w:t>・専攻</w:t>
            </w:r>
            <w:r>
              <w:rPr>
                <w:b/>
                <w:sz w:val="19"/>
              </w:rPr>
              <w:t>等</w:t>
            </w:r>
          </w:p>
        </w:tc>
        <w:tc>
          <w:tcPr>
            <w:tcW w:w="1205" w:type="pct"/>
            <w:gridSpan w:val="2"/>
            <w:tcBorders>
              <w:right w:val="single" w:sz="8" w:space="0" w:color="auto"/>
            </w:tcBorders>
            <w:vAlign w:val="center"/>
          </w:tcPr>
          <w:p w14:paraId="61E39BCB" w14:textId="7924CB23" w:rsidR="003F5397" w:rsidRDefault="003F5397" w:rsidP="003F5397">
            <w:pPr>
              <w:jc w:val="center"/>
            </w:pPr>
            <w:proofErr w:type="spellStart"/>
            <w:r>
              <w:rPr>
                <w:b/>
                <w:sz w:val="19"/>
              </w:rPr>
              <w:t>卒業（見込み）年月</w:t>
            </w:r>
            <w:proofErr w:type="spellEnd"/>
          </w:p>
        </w:tc>
      </w:tr>
      <w:tr w:rsidR="003F5397" w14:paraId="00FCDC24" w14:textId="77777777" w:rsidTr="00685787">
        <w:trPr>
          <w:trHeight w:val="567"/>
          <w:jc w:val="center"/>
        </w:trPr>
        <w:tc>
          <w:tcPr>
            <w:tcW w:w="905" w:type="pct"/>
            <w:vMerge/>
            <w:tcBorders>
              <w:left w:val="single" w:sz="8" w:space="0" w:color="auto"/>
            </w:tcBorders>
            <w:vAlign w:val="center"/>
          </w:tcPr>
          <w:p w14:paraId="74E5FA7E" w14:textId="61A45A30" w:rsidR="003F5397" w:rsidRPr="009142AE" w:rsidRDefault="003F5397" w:rsidP="003F5397">
            <w:pPr>
              <w:jc w:val="center"/>
              <w:rPr>
                <w:sz w:val="20"/>
              </w:rPr>
            </w:pPr>
          </w:p>
        </w:tc>
        <w:tc>
          <w:tcPr>
            <w:tcW w:w="1524" w:type="pct"/>
          </w:tcPr>
          <w:p w14:paraId="35C79D59" w14:textId="4F5E27E5" w:rsidR="003F5397" w:rsidRDefault="003F5397" w:rsidP="003F5397">
            <w:r w:rsidRPr="003F5397">
              <w:rPr>
                <w:b/>
                <w:sz w:val="16"/>
                <w:szCs w:val="20"/>
              </w:rPr>
              <w:t>（最</w:t>
            </w:r>
            <w:r>
              <w:rPr>
                <w:rFonts w:hint="eastAsia"/>
                <w:b/>
                <w:sz w:val="16"/>
                <w:szCs w:val="20"/>
                <w:lang w:eastAsia="ja-JP"/>
              </w:rPr>
              <w:t xml:space="preserve"> </w:t>
            </w:r>
            <w:r w:rsidRPr="003F5397">
              <w:rPr>
                <w:b/>
                <w:sz w:val="16"/>
                <w:szCs w:val="20"/>
              </w:rPr>
              <w:t>終）</w:t>
            </w:r>
          </w:p>
        </w:tc>
        <w:tc>
          <w:tcPr>
            <w:tcW w:w="1366" w:type="pct"/>
            <w:vAlign w:val="center"/>
          </w:tcPr>
          <w:p w14:paraId="45EC36A0" w14:textId="77777777" w:rsidR="003F5397" w:rsidRDefault="003F5397" w:rsidP="003F5397">
            <w:pPr>
              <w:jc w:val="center"/>
            </w:pPr>
          </w:p>
        </w:tc>
        <w:tc>
          <w:tcPr>
            <w:tcW w:w="1205" w:type="pct"/>
            <w:gridSpan w:val="2"/>
            <w:tcBorders>
              <w:right w:val="single" w:sz="8" w:space="0" w:color="auto"/>
            </w:tcBorders>
            <w:vAlign w:val="center"/>
          </w:tcPr>
          <w:p w14:paraId="11F8630E" w14:textId="77777777" w:rsidR="003F5397" w:rsidRDefault="003F5397" w:rsidP="003F5397">
            <w:pPr>
              <w:jc w:val="center"/>
            </w:pPr>
          </w:p>
        </w:tc>
      </w:tr>
      <w:tr w:rsidR="003F5397" w14:paraId="7E600162" w14:textId="77777777" w:rsidTr="00685787">
        <w:trPr>
          <w:trHeight w:val="567"/>
          <w:jc w:val="center"/>
        </w:trPr>
        <w:tc>
          <w:tcPr>
            <w:tcW w:w="905" w:type="pct"/>
            <w:vMerge/>
            <w:tcBorders>
              <w:left w:val="single" w:sz="8" w:space="0" w:color="auto"/>
            </w:tcBorders>
            <w:vAlign w:val="center"/>
          </w:tcPr>
          <w:p w14:paraId="5EBEB7B2" w14:textId="77777777" w:rsidR="003F5397" w:rsidRPr="009142AE" w:rsidRDefault="003F5397" w:rsidP="003F5397">
            <w:pPr>
              <w:jc w:val="center"/>
              <w:rPr>
                <w:sz w:val="20"/>
              </w:rPr>
            </w:pPr>
          </w:p>
        </w:tc>
        <w:tc>
          <w:tcPr>
            <w:tcW w:w="1524" w:type="pct"/>
          </w:tcPr>
          <w:p w14:paraId="5599FDE8" w14:textId="067B3FE7" w:rsidR="003F5397" w:rsidRDefault="003F5397" w:rsidP="003F5397">
            <w:r w:rsidRPr="003F5397">
              <w:rPr>
                <w:b/>
                <w:sz w:val="16"/>
                <w:szCs w:val="20"/>
              </w:rPr>
              <w:t>（</w:t>
            </w:r>
            <w:r>
              <w:rPr>
                <w:rFonts w:hint="eastAsia"/>
                <w:b/>
                <w:sz w:val="16"/>
                <w:szCs w:val="20"/>
                <w:lang w:eastAsia="ja-JP"/>
              </w:rPr>
              <w:t>高等学校等</w:t>
            </w:r>
            <w:r w:rsidRPr="003F5397">
              <w:rPr>
                <w:b/>
                <w:sz w:val="16"/>
                <w:szCs w:val="20"/>
              </w:rPr>
              <w:t>）</w:t>
            </w:r>
          </w:p>
        </w:tc>
        <w:tc>
          <w:tcPr>
            <w:tcW w:w="1366" w:type="pct"/>
            <w:vAlign w:val="center"/>
          </w:tcPr>
          <w:p w14:paraId="0FAE89BF" w14:textId="77777777" w:rsidR="003F5397" w:rsidRDefault="003F5397" w:rsidP="003F5397">
            <w:pPr>
              <w:jc w:val="center"/>
            </w:pPr>
          </w:p>
        </w:tc>
        <w:tc>
          <w:tcPr>
            <w:tcW w:w="1205" w:type="pct"/>
            <w:gridSpan w:val="2"/>
            <w:tcBorders>
              <w:right w:val="single" w:sz="8" w:space="0" w:color="auto"/>
            </w:tcBorders>
            <w:vAlign w:val="center"/>
          </w:tcPr>
          <w:p w14:paraId="35E71D68" w14:textId="77777777" w:rsidR="003F5397" w:rsidRDefault="003F5397" w:rsidP="003F5397">
            <w:pPr>
              <w:jc w:val="center"/>
            </w:pPr>
          </w:p>
        </w:tc>
      </w:tr>
      <w:tr w:rsidR="003F5397" w14:paraId="2E1DDBEA" w14:textId="77777777" w:rsidTr="00685787">
        <w:trPr>
          <w:trHeight w:val="254"/>
          <w:jc w:val="center"/>
        </w:trPr>
        <w:tc>
          <w:tcPr>
            <w:tcW w:w="905" w:type="pct"/>
            <w:vMerge w:val="restart"/>
            <w:tcBorders>
              <w:left w:val="single" w:sz="8" w:space="0" w:color="auto"/>
            </w:tcBorders>
            <w:vAlign w:val="center"/>
          </w:tcPr>
          <w:p w14:paraId="61DE744A" w14:textId="692D585C" w:rsidR="003F5397" w:rsidRPr="009142AE" w:rsidRDefault="003F5397" w:rsidP="00BE500A">
            <w:pPr>
              <w:jc w:val="center"/>
              <w:rPr>
                <w:b/>
                <w:sz w:val="20"/>
              </w:rPr>
            </w:pPr>
            <w:r w:rsidRPr="009142AE">
              <w:rPr>
                <w:b/>
                <w:sz w:val="20"/>
              </w:rPr>
              <w:t>職</w:t>
            </w:r>
            <w:r w:rsidRPr="009142AE">
              <w:rPr>
                <w:rFonts w:hint="eastAsia"/>
                <w:b/>
                <w:sz w:val="20"/>
                <w:lang w:eastAsia="ja-JP"/>
              </w:rPr>
              <w:t xml:space="preserve">　</w:t>
            </w:r>
            <w:r w:rsidRPr="009142AE">
              <w:rPr>
                <w:b/>
                <w:sz w:val="20"/>
              </w:rPr>
              <w:t>歴</w:t>
            </w:r>
          </w:p>
        </w:tc>
        <w:tc>
          <w:tcPr>
            <w:tcW w:w="1524" w:type="pct"/>
            <w:vAlign w:val="center"/>
          </w:tcPr>
          <w:p w14:paraId="2E20328B" w14:textId="247D234A" w:rsidR="003F5397" w:rsidRPr="003F5397" w:rsidRDefault="003F5397" w:rsidP="003F5397">
            <w:pPr>
              <w:jc w:val="center"/>
              <w:rPr>
                <w:b/>
                <w:bCs/>
                <w:sz w:val="19"/>
              </w:rPr>
            </w:pPr>
            <w:proofErr w:type="spellStart"/>
            <w:r w:rsidRPr="003F5397">
              <w:rPr>
                <w:b/>
                <w:bCs/>
                <w:sz w:val="19"/>
              </w:rPr>
              <w:t>勤務先名</w:t>
            </w:r>
            <w:proofErr w:type="spellEnd"/>
          </w:p>
        </w:tc>
        <w:tc>
          <w:tcPr>
            <w:tcW w:w="1366" w:type="pct"/>
            <w:vAlign w:val="center"/>
          </w:tcPr>
          <w:p w14:paraId="243FDB69" w14:textId="0C265140" w:rsidR="003F5397" w:rsidRDefault="003F5397" w:rsidP="00BE500A">
            <w:pPr>
              <w:jc w:val="center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業務内容等</w:t>
            </w:r>
            <w:proofErr w:type="spellEnd"/>
          </w:p>
        </w:tc>
        <w:tc>
          <w:tcPr>
            <w:tcW w:w="1205" w:type="pct"/>
            <w:gridSpan w:val="2"/>
            <w:tcBorders>
              <w:right w:val="single" w:sz="8" w:space="0" w:color="auto"/>
            </w:tcBorders>
            <w:vAlign w:val="center"/>
          </w:tcPr>
          <w:p w14:paraId="40D1079D" w14:textId="0D7FAD8B" w:rsidR="003F5397" w:rsidRPr="003F5397" w:rsidRDefault="003F5397" w:rsidP="003F5397">
            <w:pPr>
              <w:jc w:val="center"/>
              <w:rPr>
                <w:b/>
                <w:bCs/>
                <w:lang w:eastAsia="ja-JP"/>
              </w:rPr>
            </w:pPr>
            <w:r w:rsidRPr="003F5397">
              <w:rPr>
                <w:rFonts w:hint="eastAsia"/>
                <w:b/>
                <w:bCs/>
                <w:lang w:eastAsia="ja-JP"/>
              </w:rPr>
              <w:t>期　間</w:t>
            </w:r>
          </w:p>
        </w:tc>
      </w:tr>
      <w:tr w:rsidR="003F5397" w14:paraId="6A8297D4" w14:textId="77777777" w:rsidTr="00685787">
        <w:trPr>
          <w:trHeight w:val="567"/>
          <w:jc w:val="center"/>
        </w:trPr>
        <w:tc>
          <w:tcPr>
            <w:tcW w:w="905" w:type="pct"/>
            <w:vMerge/>
            <w:tcBorders>
              <w:left w:val="single" w:sz="8" w:space="0" w:color="auto"/>
            </w:tcBorders>
            <w:vAlign w:val="center"/>
          </w:tcPr>
          <w:p w14:paraId="7F961290" w14:textId="045CF153" w:rsidR="003F5397" w:rsidRPr="009142AE" w:rsidRDefault="003F5397" w:rsidP="00BE500A">
            <w:pPr>
              <w:jc w:val="center"/>
              <w:rPr>
                <w:sz w:val="20"/>
              </w:rPr>
            </w:pPr>
          </w:p>
        </w:tc>
        <w:tc>
          <w:tcPr>
            <w:tcW w:w="1524" w:type="pct"/>
          </w:tcPr>
          <w:p w14:paraId="3B531513" w14:textId="0BA3AE85" w:rsidR="003F5397" w:rsidRPr="003F5397" w:rsidRDefault="003F5397" w:rsidP="003F5397">
            <w:pPr>
              <w:jc w:val="both"/>
              <w:rPr>
                <w:sz w:val="16"/>
                <w:szCs w:val="20"/>
                <w:lang w:eastAsia="ja-JP"/>
              </w:rPr>
            </w:pPr>
            <w:r w:rsidRPr="003F5397">
              <w:rPr>
                <w:b/>
                <w:sz w:val="16"/>
                <w:szCs w:val="20"/>
              </w:rPr>
              <w:t>（最</w:t>
            </w:r>
            <w:r>
              <w:rPr>
                <w:rFonts w:hint="eastAsia"/>
                <w:b/>
                <w:sz w:val="16"/>
                <w:szCs w:val="20"/>
                <w:lang w:eastAsia="ja-JP"/>
              </w:rPr>
              <w:t xml:space="preserve"> </w:t>
            </w:r>
            <w:r w:rsidRPr="003F5397">
              <w:rPr>
                <w:b/>
                <w:sz w:val="16"/>
                <w:szCs w:val="20"/>
              </w:rPr>
              <w:t>終）</w:t>
            </w:r>
          </w:p>
        </w:tc>
        <w:tc>
          <w:tcPr>
            <w:tcW w:w="1366" w:type="pct"/>
            <w:vAlign w:val="center"/>
          </w:tcPr>
          <w:p w14:paraId="7D5C5B88" w14:textId="666357A5" w:rsidR="003F5397" w:rsidRDefault="003F5397" w:rsidP="00BE500A">
            <w:pPr>
              <w:jc w:val="center"/>
            </w:pPr>
          </w:p>
        </w:tc>
        <w:tc>
          <w:tcPr>
            <w:tcW w:w="1205" w:type="pct"/>
            <w:gridSpan w:val="2"/>
            <w:tcBorders>
              <w:right w:val="single" w:sz="8" w:space="0" w:color="auto"/>
            </w:tcBorders>
            <w:vAlign w:val="center"/>
          </w:tcPr>
          <w:p w14:paraId="5B30643E" w14:textId="77777777" w:rsidR="003F5397" w:rsidRDefault="003F5397" w:rsidP="003F5397">
            <w:pPr>
              <w:jc w:val="center"/>
            </w:pPr>
          </w:p>
        </w:tc>
      </w:tr>
      <w:tr w:rsidR="003F5397" w14:paraId="7C8573CE" w14:textId="77777777" w:rsidTr="00685787">
        <w:trPr>
          <w:trHeight w:val="567"/>
          <w:jc w:val="center"/>
        </w:trPr>
        <w:tc>
          <w:tcPr>
            <w:tcW w:w="905" w:type="pct"/>
            <w:vMerge/>
            <w:tcBorders>
              <w:left w:val="single" w:sz="8" w:space="0" w:color="auto"/>
            </w:tcBorders>
            <w:vAlign w:val="center"/>
          </w:tcPr>
          <w:p w14:paraId="2F07A324" w14:textId="06F327CF" w:rsidR="003F5397" w:rsidRPr="009142AE" w:rsidRDefault="003F5397" w:rsidP="00BE500A">
            <w:pPr>
              <w:jc w:val="center"/>
              <w:rPr>
                <w:sz w:val="20"/>
              </w:rPr>
            </w:pPr>
          </w:p>
        </w:tc>
        <w:tc>
          <w:tcPr>
            <w:tcW w:w="1524" w:type="pct"/>
          </w:tcPr>
          <w:p w14:paraId="530A70F9" w14:textId="7D500B2F" w:rsidR="003F5397" w:rsidRPr="003F5397" w:rsidRDefault="003F5397" w:rsidP="003F5397">
            <w:pPr>
              <w:jc w:val="both"/>
              <w:rPr>
                <w:sz w:val="16"/>
                <w:szCs w:val="20"/>
                <w:lang w:eastAsia="ja-JP"/>
              </w:rPr>
            </w:pPr>
            <w:r w:rsidRPr="003F5397">
              <w:rPr>
                <w:b/>
                <w:sz w:val="16"/>
                <w:szCs w:val="20"/>
              </w:rPr>
              <w:t>（</w:t>
            </w:r>
            <w:proofErr w:type="spellStart"/>
            <w:r w:rsidRPr="003F5397">
              <w:rPr>
                <w:b/>
                <w:sz w:val="16"/>
                <w:szCs w:val="20"/>
              </w:rPr>
              <w:t>その前</w:t>
            </w:r>
            <w:proofErr w:type="spellEnd"/>
            <w:r w:rsidRPr="003F5397">
              <w:rPr>
                <w:b/>
                <w:sz w:val="16"/>
                <w:szCs w:val="20"/>
              </w:rPr>
              <w:t>）</w:t>
            </w:r>
          </w:p>
        </w:tc>
        <w:tc>
          <w:tcPr>
            <w:tcW w:w="1366" w:type="pct"/>
            <w:vAlign w:val="center"/>
          </w:tcPr>
          <w:p w14:paraId="529CD294" w14:textId="5369456F" w:rsidR="003F5397" w:rsidRDefault="003F5397" w:rsidP="00BE500A">
            <w:pPr>
              <w:jc w:val="center"/>
              <w:rPr>
                <w:lang w:eastAsia="ja-JP"/>
              </w:rPr>
            </w:pPr>
          </w:p>
        </w:tc>
        <w:tc>
          <w:tcPr>
            <w:tcW w:w="1205" w:type="pct"/>
            <w:gridSpan w:val="2"/>
            <w:tcBorders>
              <w:right w:val="single" w:sz="8" w:space="0" w:color="auto"/>
            </w:tcBorders>
            <w:vAlign w:val="center"/>
          </w:tcPr>
          <w:p w14:paraId="6547549A" w14:textId="77777777" w:rsidR="003F5397" w:rsidRDefault="003F5397" w:rsidP="00BE500A"/>
        </w:tc>
      </w:tr>
      <w:tr w:rsidR="003F5397" w14:paraId="2A2946C4" w14:textId="77777777" w:rsidTr="00685787">
        <w:trPr>
          <w:trHeight w:val="454"/>
          <w:jc w:val="center"/>
        </w:trPr>
        <w:tc>
          <w:tcPr>
            <w:tcW w:w="905" w:type="pct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26B89A34" w14:textId="77777777" w:rsidR="003F5397" w:rsidRPr="009142AE" w:rsidRDefault="003F5397" w:rsidP="00BE500A">
            <w:pPr>
              <w:jc w:val="center"/>
              <w:rPr>
                <w:sz w:val="20"/>
              </w:rPr>
            </w:pPr>
            <w:proofErr w:type="spellStart"/>
            <w:r w:rsidRPr="009142AE">
              <w:rPr>
                <w:b/>
                <w:sz w:val="20"/>
              </w:rPr>
              <w:t>その他</w:t>
            </w:r>
            <w:proofErr w:type="spellEnd"/>
          </w:p>
        </w:tc>
        <w:tc>
          <w:tcPr>
            <w:tcW w:w="4095" w:type="pct"/>
            <w:gridSpan w:val="4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10EB33A7" w14:textId="7018C6DB" w:rsidR="003F5397" w:rsidRPr="003F5397" w:rsidRDefault="003F5397" w:rsidP="003F5397">
            <w:pPr>
              <w:ind w:firstLineChars="100" w:firstLine="190"/>
              <w:rPr>
                <w:sz w:val="19"/>
                <w:lang w:eastAsia="ja-JP"/>
              </w:rPr>
            </w:pPr>
            <w:r>
              <w:rPr>
                <w:sz w:val="19"/>
                <w:lang w:eastAsia="ja-JP"/>
              </w:rPr>
              <w:t>自動車運転免許証：有・無</w:t>
            </w:r>
            <w:r>
              <w:rPr>
                <w:rFonts w:hint="eastAsia"/>
                <w:sz w:val="19"/>
                <w:lang w:eastAsia="ja-JP"/>
              </w:rPr>
              <w:t xml:space="preserve">　　　</w:t>
            </w:r>
            <w:r>
              <w:rPr>
                <w:sz w:val="19"/>
                <w:lang w:eastAsia="ja-JP"/>
              </w:rPr>
              <w:t xml:space="preserve">取得予定：　　　年　　</w:t>
            </w:r>
            <w:r>
              <w:rPr>
                <w:rFonts w:hint="eastAsia"/>
                <w:sz w:val="19"/>
                <w:lang w:eastAsia="ja-JP"/>
              </w:rPr>
              <w:t xml:space="preserve">　</w:t>
            </w:r>
            <w:r>
              <w:rPr>
                <w:sz w:val="19"/>
                <w:lang w:eastAsia="ja-JP"/>
              </w:rPr>
              <w:t>月</w:t>
            </w:r>
          </w:p>
        </w:tc>
      </w:tr>
    </w:tbl>
    <w:p w14:paraId="55404C1B" w14:textId="77777777" w:rsidR="007A33A1" w:rsidRPr="007A33A1" w:rsidRDefault="007A33A1" w:rsidP="00C23A09">
      <w:pPr>
        <w:rPr>
          <w:rFonts w:hint="eastAsia"/>
          <w:b/>
          <w:bCs/>
          <w:lang w:eastAsia="ja-JP"/>
        </w:rPr>
      </w:pPr>
    </w:p>
    <w:sectPr w:rsidR="007A33A1" w:rsidRPr="007A33A1" w:rsidSect="00B506DB">
      <w:footerReference w:type="default" r:id="rId8"/>
      <w:pgSz w:w="11906" w:h="16838"/>
      <w:pgMar w:top="1134" w:right="1134" w:bottom="1021" w:left="1191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0BB02" w14:textId="77777777" w:rsidR="00890F5A" w:rsidRDefault="00890F5A">
      <w:pPr>
        <w:spacing w:after="0"/>
      </w:pPr>
      <w:r>
        <w:separator/>
      </w:r>
    </w:p>
  </w:endnote>
  <w:endnote w:type="continuationSeparator" w:id="0">
    <w:p w14:paraId="32B2A8E2" w14:textId="77777777" w:rsidR="00890F5A" w:rsidRDefault="00890F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E7533" w14:textId="0A22F568" w:rsidR="00D41D4B" w:rsidRDefault="00D41D4B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CDC01" w14:textId="77777777" w:rsidR="00890F5A" w:rsidRDefault="00890F5A">
      <w:pPr>
        <w:spacing w:after="0"/>
      </w:pPr>
      <w:r>
        <w:separator/>
      </w:r>
    </w:p>
  </w:footnote>
  <w:footnote w:type="continuationSeparator" w:id="0">
    <w:p w14:paraId="4ECEAB72" w14:textId="77777777" w:rsidR="00890F5A" w:rsidRDefault="00890F5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20689900">
    <w:abstractNumId w:val="8"/>
  </w:num>
  <w:num w:numId="2" w16cid:durableId="1424105941">
    <w:abstractNumId w:val="6"/>
  </w:num>
  <w:num w:numId="3" w16cid:durableId="1531264511">
    <w:abstractNumId w:val="5"/>
  </w:num>
  <w:num w:numId="4" w16cid:durableId="2127502602">
    <w:abstractNumId w:val="4"/>
  </w:num>
  <w:num w:numId="5" w16cid:durableId="1296838267">
    <w:abstractNumId w:val="7"/>
  </w:num>
  <w:num w:numId="6" w16cid:durableId="1292983147">
    <w:abstractNumId w:val="3"/>
  </w:num>
  <w:num w:numId="7" w16cid:durableId="1475372910">
    <w:abstractNumId w:val="2"/>
  </w:num>
  <w:num w:numId="8" w16cid:durableId="441922959">
    <w:abstractNumId w:val="1"/>
  </w:num>
  <w:num w:numId="9" w16cid:durableId="196163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7A1E"/>
    <w:rsid w:val="000C2A25"/>
    <w:rsid w:val="000E634C"/>
    <w:rsid w:val="00125D19"/>
    <w:rsid w:val="0015074B"/>
    <w:rsid w:val="001B09D2"/>
    <w:rsid w:val="001B486B"/>
    <w:rsid w:val="001C6340"/>
    <w:rsid w:val="001D4927"/>
    <w:rsid w:val="001E1C15"/>
    <w:rsid w:val="00223DC3"/>
    <w:rsid w:val="00235F66"/>
    <w:rsid w:val="00257711"/>
    <w:rsid w:val="002833A5"/>
    <w:rsid w:val="00293CDC"/>
    <w:rsid w:val="0029639D"/>
    <w:rsid w:val="002A5528"/>
    <w:rsid w:val="002D68D7"/>
    <w:rsid w:val="002F7B56"/>
    <w:rsid w:val="0032430B"/>
    <w:rsid w:val="00326F90"/>
    <w:rsid w:val="0034160B"/>
    <w:rsid w:val="00363306"/>
    <w:rsid w:val="003923C8"/>
    <w:rsid w:val="00396913"/>
    <w:rsid w:val="003B69E5"/>
    <w:rsid w:val="003C423A"/>
    <w:rsid w:val="003F5397"/>
    <w:rsid w:val="00404496"/>
    <w:rsid w:val="0042798A"/>
    <w:rsid w:val="00441192"/>
    <w:rsid w:val="00484693"/>
    <w:rsid w:val="00486903"/>
    <w:rsid w:val="004B5AFD"/>
    <w:rsid w:val="004D0D60"/>
    <w:rsid w:val="00510CD4"/>
    <w:rsid w:val="00513934"/>
    <w:rsid w:val="00580D18"/>
    <w:rsid w:val="005C7EAA"/>
    <w:rsid w:val="005D45C1"/>
    <w:rsid w:val="005F4674"/>
    <w:rsid w:val="006107EF"/>
    <w:rsid w:val="00631892"/>
    <w:rsid w:val="00685787"/>
    <w:rsid w:val="00697D1F"/>
    <w:rsid w:val="006A4527"/>
    <w:rsid w:val="00703B1B"/>
    <w:rsid w:val="00713B28"/>
    <w:rsid w:val="00727B87"/>
    <w:rsid w:val="00735A6B"/>
    <w:rsid w:val="007364FD"/>
    <w:rsid w:val="00747C0D"/>
    <w:rsid w:val="007A33A1"/>
    <w:rsid w:val="007B176B"/>
    <w:rsid w:val="007B7A42"/>
    <w:rsid w:val="007D1109"/>
    <w:rsid w:val="007F6416"/>
    <w:rsid w:val="008025E0"/>
    <w:rsid w:val="008540EE"/>
    <w:rsid w:val="00890F5A"/>
    <w:rsid w:val="00892FB7"/>
    <w:rsid w:val="008B7E1D"/>
    <w:rsid w:val="008D33FC"/>
    <w:rsid w:val="008F5203"/>
    <w:rsid w:val="00901646"/>
    <w:rsid w:val="00901EB1"/>
    <w:rsid w:val="009142AE"/>
    <w:rsid w:val="0092421C"/>
    <w:rsid w:val="009522D8"/>
    <w:rsid w:val="00954E63"/>
    <w:rsid w:val="00962D6E"/>
    <w:rsid w:val="0097406F"/>
    <w:rsid w:val="009A0279"/>
    <w:rsid w:val="009E7C16"/>
    <w:rsid w:val="009F5780"/>
    <w:rsid w:val="00A20DCD"/>
    <w:rsid w:val="00A432DC"/>
    <w:rsid w:val="00A90BD4"/>
    <w:rsid w:val="00A9426F"/>
    <w:rsid w:val="00AA1D8D"/>
    <w:rsid w:val="00AA3F77"/>
    <w:rsid w:val="00AA57CE"/>
    <w:rsid w:val="00AC5C3B"/>
    <w:rsid w:val="00AD1AFA"/>
    <w:rsid w:val="00B47730"/>
    <w:rsid w:val="00B506DB"/>
    <w:rsid w:val="00B77CB1"/>
    <w:rsid w:val="00BB34B4"/>
    <w:rsid w:val="00BE500A"/>
    <w:rsid w:val="00BF41E7"/>
    <w:rsid w:val="00C11B73"/>
    <w:rsid w:val="00C23A09"/>
    <w:rsid w:val="00C24D28"/>
    <w:rsid w:val="00C559E0"/>
    <w:rsid w:val="00C65726"/>
    <w:rsid w:val="00C72245"/>
    <w:rsid w:val="00C93AE1"/>
    <w:rsid w:val="00CA6A9E"/>
    <w:rsid w:val="00CB0664"/>
    <w:rsid w:val="00CF41E7"/>
    <w:rsid w:val="00D04EF8"/>
    <w:rsid w:val="00D2623F"/>
    <w:rsid w:val="00D307C2"/>
    <w:rsid w:val="00D41D4B"/>
    <w:rsid w:val="00D72DB6"/>
    <w:rsid w:val="00D804FB"/>
    <w:rsid w:val="00D85BBD"/>
    <w:rsid w:val="00D90ECF"/>
    <w:rsid w:val="00DE0295"/>
    <w:rsid w:val="00E04373"/>
    <w:rsid w:val="00E2684F"/>
    <w:rsid w:val="00E4483A"/>
    <w:rsid w:val="00E51D5A"/>
    <w:rsid w:val="00E5553D"/>
    <w:rsid w:val="00E933AF"/>
    <w:rsid w:val="00E95A5F"/>
    <w:rsid w:val="00EA057F"/>
    <w:rsid w:val="00EA5D3C"/>
    <w:rsid w:val="00EB683A"/>
    <w:rsid w:val="00EC1425"/>
    <w:rsid w:val="00ED017F"/>
    <w:rsid w:val="00ED7AB6"/>
    <w:rsid w:val="00F463D5"/>
    <w:rsid w:val="00F66279"/>
    <w:rsid w:val="00FA0505"/>
    <w:rsid w:val="00FA7B96"/>
    <w:rsid w:val="00FC693F"/>
    <w:rsid w:val="00FD2339"/>
    <w:rsid w:val="00FE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43070B"/>
  <w14:defaultImageDpi w14:val="330"/>
  <w15:docId w15:val="{1BC9057D-8E64-4CAD-AC62-657BB9298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メイリオ" w:eastAsia="メイリオ" w:hAnsi="メイリオ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link w:val="aa"/>
    <w:uiPriority w:val="1"/>
    <w:qFormat/>
    <w:rsid w:val="00FC693F"/>
    <w:pPr>
      <w:spacing w:after="0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Title"/>
    <w:basedOn w:val="a1"/>
    <w:next w:val="a1"/>
    <w:link w:val="ac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表題 (文字)"/>
    <w:basedOn w:val="a2"/>
    <w:link w:val="ab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1"/>
    <w:next w:val="a1"/>
    <w:link w:val="a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副題 (文字)"/>
    <w:basedOn w:val="a2"/>
    <w:link w:val="ad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本文 (文字)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マクロ文字列 (文字)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af6">
    <w:name w:val="Quote"/>
    <w:basedOn w:val="a1"/>
    <w:next w:val="a1"/>
    <w:link w:val="af7"/>
    <w:uiPriority w:val="29"/>
    <w:qFormat/>
    <w:rsid w:val="00FC693F"/>
    <w:rPr>
      <w:i/>
      <w:iCs/>
      <w:color w:val="000000" w:themeColor="text1"/>
    </w:rPr>
  </w:style>
  <w:style w:type="character" w:customStyle="1" w:styleId="af7">
    <w:name w:val="引用文 (文字)"/>
    <w:basedOn w:val="a2"/>
    <w:link w:val="af6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9">
    <w:name w:val="Strong"/>
    <w:basedOn w:val="a2"/>
    <w:uiPriority w:val="22"/>
    <w:qFormat/>
    <w:rsid w:val="00FC693F"/>
    <w:rPr>
      <w:b/>
      <w:bCs/>
    </w:rPr>
  </w:style>
  <w:style w:type="character" w:styleId="afa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b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d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e">
    <w:name w:val="TOC Heading"/>
    <w:basedOn w:val="1"/>
    <w:next w:val="a1"/>
    <w:uiPriority w:val="39"/>
    <w:unhideWhenUsed/>
    <w:qFormat/>
    <w:rsid w:val="00FC693F"/>
    <w:pPr>
      <w:outlineLvl w:val="9"/>
    </w:pPr>
  </w:style>
  <w:style w:type="table" w:styleId="aff">
    <w:name w:val="Table Grid"/>
    <w:basedOn w:val="a3"/>
    <w:uiPriority w:val="59"/>
    <w:rsid w:val="00FC693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18">
    <w:name w:val="toc 1"/>
    <w:basedOn w:val="a1"/>
    <w:next w:val="a1"/>
    <w:autoRedefine/>
    <w:uiPriority w:val="39"/>
    <w:unhideWhenUsed/>
    <w:rsid w:val="00363306"/>
    <w:pPr>
      <w:tabs>
        <w:tab w:val="right" w:leader="dot" w:pos="9628"/>
      </w:tabs>
      <w:spacing w:beforeLines="50" w:before="120" w:after="0" w:line="180" w:lineRule="auto"/>
    </w:pPr>
  </w:style>
  <w:style w:type="paragraph" w:styleId="2f2">
    <w:name w:val="toc 2"/>
    <w:basedOn w:val="a1"/>
    <w:next w:val="a1"/>
    <w:autoRedefine/>
    <w:uiPriority w:val="39"/>
    <w:unhideWhenUsed/>
    <w:rsid w:val="00363306"/>
    <w:pPr>
      <w:tabs>
        <w:tab w:val="right" w:leader="dot" w:pos="9628"/>
      </w:tabs>
      <w:spacing w:after="0" w:line="180" w:lineRule="auto"/>
      <w:ind w:leftChars="100" w:left="210"/>
    </w:pPr>
  </w:style>
  <w:style w:type="character" w:styleId="aff0">
    <w:name w:val="Hyperlink"/>
    <w:basedOn w:val="a2"/>
    <w:uiPriority w:val="99"/>
    <w:unhideWhenUsed/>
    <w:rsid w:val="009F5780"/>
    <w:rPr>
      <w:color w:val="0000FF" w:themeColor="hyperlink"/>
      <w:u w:val="single"/>
    </w:rPr>
  </w:style>
  <w:style w:type="character" w:customStyle="1" w:styleId="aa">
    <w:name w:val="行間詰め (文字)"/>
    <w:basedOn w:val="a2"/>
    <w:link w:val="a9"/>
    <w:uiPriority w:val="1"/>
    <w:rsid w:val="008540EE"/>
  </w:style>
  <w:style w:type="paragraph" w:styleId="3e">
    <w:name w:val="toc 3"/>
    <w:basedOn w:val="a1"/>
    <w:next w:val="a1"/>
    <w:autoRedefine/>
    <w:uiPriority w:val="39"/>
    <w:unhideWhenUsed/>
    <w:rsid w:val="00363306"/>
    <w:pPr>
      <w:ind w:leftChars="200" w:left="420"/>
    </w:pPr>
  </w:style>
  <w:style w:type="character" w:styleId="aff1">
    <w:name w:val="Unresolved Mention"/>
    <w:basedOn w:val="a2"/>
    <w:uiPriority w:val="99"/>
    <w:semiHidden/>
    <w:unhideWhenUsed/>
    <w:rsid w:val="00363306"/>
    <w:rPr>
      <w:color w:val="605E5C"/>
      <w:shd w:val="clear" w:color="auto" w:fill="E1DFDD"/>
    </w:rPr>
  </w:style>
  <w:style w:type="paragraph" w:styleId="aff2">
    <w:name w:val="Note Heading"/>
    <w:basedOn w:val="a1"/>
    <w:next w:val="a1"/>
    <w:link w:val="aff3"/>
    <w:uiPriority w:val="99"/>
    <w:unhideWhenUsed/>
    <w:rsid w:val="00396913"/>
    <w:pPr>
      <w:jc w:val="center"/>
    </w:pPr>
    <w:rPr>
      <w:b/>
      <w:sz w:val="40"/>
      <w:szCs w:val="28"/>
      <w:lang w:eastAsia="ja-JP"/>
    </w:rPr>
  </w:style>
  <w:style w:type="character" w:customStyle="1" w:styleId="aff3">
    <w:name w:val="記 (文字)"/>
    <w:basedOn w:val="a2"/>
    <w:link w:val="aff2"/>
    <w:uiPriority w:val="99"/>
    <w:rsid w:val="00396913"/>
    <w:rPr>
      <w:rFonts w:ascii="メイリオ" w:eastAsia="メイリオ" w:hAnsi="メイリオ"/>
      <w:b/>
      <w:sz w:val="40"/>
      <w:szCs w:val="28"/>
      <w:lang w:eastAsia="ja-JP"/>
    </w:rPr>
  </w:style>
  <w:style w:type="paragraph" w:styleId="aff4">
    <w:name w:val="Closing"/>
    <w:basedOn w:val="a1"/>
    <w:link w:val="aff5"/>
    <w:uiPriority w:val="99"/>
    <w:unhideWhenUsed/>
    <w:rsid w:val="00396913"/>
    <w:pPr>
      <w:jc w:val="right"/>
    </w:pPr>
    <w:rPr>
      <w:b/>
      <w:sz w:val="40"/>
      <w:szCs w:val="28"/>
      <w:lang w:eastAsia="ja-JP"/>
    </w:rPr>
  </w:style>
  <w:style w:type="character" w:customStyle="1" w:styleId="aff5">
    <w:name w:val="結語 (文字)"/>
    <w:basedOn w:val="a2"/>
    <w:link w:val="aff4"/>
    <w:uiPriority w:val="99"/>
    <w:rsid w:val="00396913"/>
    <w:rPr>
      <w:rFonts w:ascii="メイリオ" w:eastAsia="メイリオ" w:hAnsi="メイリオ"/>
      <w:b/>
      <w:sz w:val="40"/>
      <w:szCs w:val="28"/>
      <w:lang w:eastAsia="ja-JP"/>
    </w:rPr>
  </w:style>
  <w:style w:type="table" w:styleId="2f3">
    <w:name w:val="Plain Table 2"/>
    <w:basedOn w:val="a3"/>
    <w:uiPriority w:val="99"/>
    <w:rsid w:val="007A33A1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1028</TotalTime>
  <Pages>2</Pages>
  <Words>72</Words>
  <Characters>411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林業アカデミーふくしま就業前長期研修令和9年度（2027年度）研修生 募集要項（案）</vt:lpstr>
      <vt:lpstr/>
    </vt:vector>
  </TitlesOfParts>
  <Manager/>
  <Company/>
  <LinksUpToDate>false</LinksUpToDate>
  <CharactersWithSpaces>482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林業アカデミーふくしま就業前長期研修令和9年度（2027年度）研修生 募集要項（案）</dc:title>
  <dc:subject/>
  <dc:creator>python-docx</dc:creator>
  <cp:keywords/>
  <dc:description>generated by python-docx</dc:description>
  <cp:lastModifiedBy>桑原 大和</cp:lastModifiedBy>
  <cp:revision>33</cp:revision>
  <cp:lastPrinted>2026-05-14T02:15:00Z</cp:lastPrinted>
  <dcterms:created xsi:type="dcterms:W3CDTF">2013-12-23T23:15:00Z</dcterms:created>
  <dcterms:modified xsi:type="dcterms:W3CDTF">2026-05-17T23:44:00Z</dcterms:modified>
  <cp:category/>
</cp:coreProperties>
</file>